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25"/>
        </w:trPr>
        <w:tc>
          <w:tcPr>
            <w:tcW w:type="dxa" w:w="10091"/>
            <w:shd w:val="clear" w:color="auto" w:fill="0378B8"/>
          </w:tcPr>
          <w:p>
            <w:r>
              <w:rPr>
                <w:b w:val="0"/>
                <w:sz w:val="4"/>
              </w:rPr>
            </w:r>
          </w:p>
        </w:tc>
      </w:tr>
    </w:tbl>
    <w:tbl>
      <w:tblPr>
        <w:tblW w:w="10092" w:type="dxa"/>
        <w:jc w:val="center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556"/>
        <w:gridCol w:w="4536"/>
      </w:tblGrid>
      <w:tr>
        <w:tc>
          <w:tcPr>
            <w:tcW w:type="dxa" w:w="5556"/>
          </w:tcPr>
          <w:p>
            <w:r>
              <w:rPr>
                <w:b w:val="0"/>
                <w:color w:val="6B7A80"/>
                <w:sz w:val="18"/>
              </w:rPr>
              <w:t>[Your logo]</w:t>
            </w:r>
          </w:p>
          <w:p>
            <w:r>
              <w:rPr>
                <w:b/>
                <w:color w:val="122A35"/>
                <w:sz w:val="22"/>
              </w:rPr>
              <w:t>[Your company name]</w:t>
            </w:r>
          </w:p>
          <w:p>
            <w:r>
              <w:rPr>
                <w:b w:val="0"/>
                <w:color w:val="6B7A80"/>
                <w:sz w:val="18"/>
              </w:rPr>
              <w:t>[Street, city, postcode]</w:t>
            </w:r>
          </w:p>
          <w:p>
            <w:r>
              <w:rPr>
                <w:b w:val="0"/>
                <w:color w:val="6B7A80"/>
                <w:sz w:val="18"/>
              </w:rPr>
              <w:t>[Country]</w:t>
            </w:r>
          </w:p>
          <w:p>
            <w:r>
              <w:rPr>
                <w:b w:val="0"/>
                <w:color w:val="6B7A80"/>
                <w:sz w:val="18"/>
              </w:rPr>
              <w:t>[Email · phone · tax / export ID]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color w:val="0378B8"/>
                <w:sz w:val="36"/>
              </w:rPr>
              <w:t>COMMERCIAL INVOICE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Invoice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Invoice date: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Buyer order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Pro forma invoice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Country of origin:  </w:t>
            </w:r>
            <w:r>
              <w:rPr>
                <w:b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62"/>
        <w:gridCol w:w="5329"/>
      </w:tblGrid>
      <w:tr>
        <w:tc>
          <w:tcPr>
            <w:tcW w:type="dxa" w:w="4762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BUYER</w:t>
            </w:r>
          </w:p>
          <w:p>
            <w:r>
              <w:rPr>
                <w:b/>
                <w:color w:val="122A35"/>
              </w:rPr>
              <w:t>[Buyer company name]</w:t>
            </w:r>
          </w:p>
          <w:p>
            <w:r>
              <w:rPr>
                <w:b w:val="0"/>
                <w:color w:val="6B7A80"/>
              </w:rPr>
              <w:t>[Street, city, postcode]</w:t>
            </w:r>
          </w:p>
          <w:p>
            <w:r>
              <w:rPr>
                <w:b w:val="0"/>
                <w:color w:val="6B7A80"/>
              </w:rPr>
              <w:t>[Country]</w:t>
            </w:r>
          </w:p>
          <w:p>
            <w:r>
              <w:rPr>
                <w:b w:val="0"/>
                <w:color w:val="6B7A80"/>
              </w:rPr>
              <w:t>[Contact person · email · importer ID]</w:t>
            </w:r>
          </w:p>
        </w:tc>
        <w:tc>
          <w:tcPr>
            <w:tcW w:type="dxa" w:w="5329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SHIPMENT AND DELIVERY</w:t>
            </w:r>
          </w:p>
          <w:p>
            <w:r>
              <w:rPr>
                <w:color w:val="6B7A80"/>
              </w:rPr>
              <w:t xml:space="preserve">Incoterms® 2020 rule:  </w:t>
            </w:r>
            <w:r>
              <w:rPr>
                <w:color w:val="6B7A80"/>
              </w:rPr>
              <w:t>[e.g. FOB Ningbo]</w:t>
            </w:r>
          </w:p>
          <w:p>
            <w:r>
              <w:rPr>
                <w:color w:val="6B7A80"/>
              </w:rPr>
              <w:t xml:space="preserve">Transport:  </w:t>
            </w:r>
            <w:r>
              <w:rPr>
                <w:color w:val="6B7A80"/>
              </w:rPr>
              <w:t>[Sea / Air / Road / Rail]</w:t>
            </w:r>
          </w:p>
          <w:p>
            <w:r>
              <w:rPr>
                <w:color w:val="6B7A80"/>
              </w:rPr>
              <w:t xml:space="preserve">Port of loading: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Port of discharge: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Shipping date:  </w:t>
            </w:r>
            <w:r>
              <w:rPr>
                <w:color w:val="6B7A80"/>
              </w:rPr>
              <w:t>[YYYY-MM-DD]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C9D4DA"/>
          <w:left w:val="single" w:sz="4" w:color="C9D4DA"/>
          <w:bottom w:val="single" w:sz="4" w:color="C9D4DA"/>
          <w:right w:val="single" w:sz="4" w:color="C9D4DA"/>
          <w:insideH w:val="single" w:sz="4" w:color="C9D4DA"/>
          <w:insideV w:val="single" w:sz="4" w:color="C9D4DA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3288"/>
        <w:gridCol w:w="1020"/>
        <w:gridCol w:w="1020"/>
        <w:gridCol w:w="850"/>
        <w:gridCol w:w="680"/>
        <w:gridCol w:w="1247"/>
        <w:gridCol w:w="1474"/>
      </w:tblGrid>
      <w:tr>
        <w:tc>
          <w:tcPr>
            <w:tcW w:type="dxa" w:w="51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No.</w:t>
            </w:r>
          </w:p>
        </w:tc>
        <w:tc>
          <w:tcPr>
            <w:tcW w:type="dxa" w:w="3288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Description of goods</w:t>
            </w:r>
          </w:p>
        </w:tc>
        <w:tc>
          <w:tcPr>
            <w:tcW w:type="dxa" w:w="102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HS code</w:t>
            </w:r>
          </w:p>
        </w:tc>
        <w:tc>
          <w:tcPr>
            <w:tcW w:type="dxa" w:w="102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Origin</w:t>
            </w:r>
          </w:p>
        </w:tc>
        <w:tc>
          <w:tcPr>
            <w:tcW w:type="dxa" w:w="85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68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24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 price [CUR]</w:t>
            </w:r>
          </w:p>
        </w:tc>
        <w:tc>
          <w:tcPr>
            <w:tcW w:type="dxa" w:w="1474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Amount [CUR]</w:t>
            </w:r>
          </w:p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/>
        </w:tc>
        <w:tc>
          <w:tcPr>
            <w:tcW w:type="dxa" w:w="3288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</w:tbl>
    <w:p>
      <w:pPr>
        <w:spacing w:before="120"/>
      </w:pPr>
    </w:p>
    <w:tbl>
      <w:tblPr>
        <w:tblW w:w="5670" w:type="dxa"/>
        <w:jc w:val="right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742"/>
        <w:gridCol w:w="1927"/>
      </w:tblGrid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Goods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Freight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Insurance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Other charges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Discount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  <w:shd w:val="clear" w:color="auto" w:fill="0378B8"/>
          </w:tcPr>
          <w:p>
            <w:r>
              <w:rPr>
                <w:b/>
                <w:color w:val="FFFFFF"/>
                <w:sz w:val="18"/>
              </w:rPr>
              <w:t>TOTAL [rule and place, e.g. CIF Hamburg]</w:t>
            </w:r>
          </w:p>
        </w:tc>
        <w:tc>
          <w:tcPr>
            <w:tcW w:type="dxa" w:w="1928"/>
            <w:shd w:val="clear" w:color="auto" w:fill="0378B8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[CUR 0.00]</w:t>
            </w:r>
          </w:p>
        </w:tc>
      </w:tr>
    </w:tbl>
    <w:p>
      <w:pPr>
        <w:spacing w:before="80"/>
      </w:pPr>
      <w:r>
        <w:rPr>
          <w:b/>
          <w:color w:val="6B7A80"/>
          <w:sz w:val="16"/>
        </w:rPr>
        <w:t>Amount in words: [SAY US DOLLARS … ONLY]</w:t>
      </w:r>
    </w:p>
    <w:p>
      <w:pPr>
        <w:spacing w:before="16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8164"/>
      </w:tblGrid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Payment terms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[as agreed]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Packing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export cartons on pallets]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Notes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7257"/>
      </w:tblGrid>
      <w:tr>
        <w:tc>
          <w:tcPr>
            <w:tcW w:type="dxa" w:w="2835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BANK DETAILS FOR PAYMENT</w:t>
            </w:r>
          </w:p>
        </w:tc>
        <w:tc>
          <w:tcPr>
            <w:tcW w:type="dxa" w:w="7257"/>
            <w:shd w:val="clear" w:color="auto" w:fill="E6F2FA"/>
          </w:tcPr>
          <w:p/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Beneficiary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Bank name and branch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SWIFT / BIC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IBAN or account no.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</w:tbl>
    <w:p>
      <w:pPr>
        <w:spacing w:before="160"/>
      </w:pPr>
      <w:r>
        <w:rPr>
          <w:b/>
          <w:sz w:val="18"/>
        </w:rPr>
        <w:t>Declaration</w:t>
      </w:r>
    </w:p>
    <w:p>
      <w:pPr>
        <w:spacing w:before="0"/>
      </w:pPr>
      <w:r>
        <w:rPr>
          <w:b w:val="0"/>
          <w:sz w:val="18"/>
        </w:rPr>
        <w:t>We declare that this invoice shows the actual price of the goods described, that all particulars are true and correct, and that the goods are of the origin stated.</w:t>
      </w:r>
    </w:p>
    <w:p>
      <w:pPr>
        <w:spacing w:before="28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 w:val="0"/>
                <w:color w:val="6B7A80"/>
                <w:sz w:val="18"/>
              </w:rPr>
              <w:t>For and on behalf of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/>
                <w:sz w:val="18"/>
              </w:rPr>
              <w:t>[Your company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br/>
              <w:br/>
              <w:t>_______________________________</w:t>
            </w:r>
          </w:p>
          <w:p>
            <w:r>
              <w:rPr>
                <w:color w:val="6B7A80"/>
                <w:sz w:val="16"/>
              </w:rPr>
              <w:t>Authorised signature and company stamp</w:t>
            </w:r>
          </w:p>
        </w:tc>
      </w:tr>
    </w:tbl>
    <w:p>
      <w:pPr>
        <w:spacing w:before="120"/>
      </w:pPr>
      <w:r>
        <w:rPr>
          <w:b w:val="0"/>
          <w:color w:val="6B7A80"/>
          <w:sz w:val="14"/>
        </w:rPr>
        <w:t>Blank template from quotepad.net. Fill it in, or make it online with HS codes, totals and a PDF at quotepad.net.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template</dc:title>
  <dc:subject/>
  <dc:creator>Quotepad (quotepad.net)</dc:creator>
  <cp:keywords/>
  <dc:description>Blank template from quotepad.net</dc:description>
  <cp:lastModifiedBy>Quotepad</cp:lastModifiedBy>
  <cp:revision>1</cp:revision>
  <dcterms:created xsi:type="dcterms:W3CDTF">2026-10-29T00:00:00Z</dcterms:created>
  <dcterms:modified xsi:type="dcterms:W3CDTF">2026-10-29T00:00:00Z</dcterms:modified>
  <cp:category/>
</cp:coreProperties>
</file>