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2" w:type="dxa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rPr>
          <w:trHeight w:val="125"/>
        </w:trPr>
        <w:tc>
          <w:tcPr>
            <w:tcW w:type="dxa" w:w="10091"/>
            <w:shd w:val="clear" w:color="auto" w:fill="0378B8"/>
          </w:tcPr>
          <w:p>
            <w:r>
              <w:rPr>
                <w:b w:val="0"/>
                <w:sz w:val="4"/>
              </w:rPr>
            </w:r>
          </w:p>
        </w:tc>
      </w:tr>
    </w:tbl>
    <w:tbl>
      <w:tblPr>
        <w:tblW w:w="10092" w:type="dxa"/>
        <w:jc w:val="center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556"/>
        <w:gridCol w:w="4536"/>
      </w:tblGrid>
      <w:tr>
        <w:tc>
          <w:tcPr>
            <w:tcW w:type="dxa" w:w="5556"/>
          </w:tcPr>
          <w:p>
            <w:r>
              <w:rPr>
                <w:b w:val="0"/>
                <w:color w:val="6B7A80"/>
                <w:sz w:val="18"/>
              </w:rPr>
              <w:t>[Your logo]</w:t>
            </w:r>
          </w:p>
          <w:p>
            <w:r>
              <w:rPr>
                <w:b/>
                <w:color w:val="122A35"/>
                <w:sz w:val="22"/>
              </w:rPr>
              <w:t>[Your company name]</w:t>
            </w:r>
          </w:p>
          <w:p>
            <w:r>
              <w:rPr>
                <w:b w:val="0"/>
                <w:color w:val="6B7A80"/>
                <w:sz w:val="18"/>
              </w:rPr>
              <w:t>[Street, city, postcode]</w:t>
            </w:r>
          </w:p>
          <w:p>
            <w:r>
              <w:rPr>
                <w:b w:val="0"/>
                <w:color w:val="6B7A80"/>
                <w:sz w:val="18"/>
              </w:rPr>
              <w:t>[Country]</w:t>
            </w:r>
          </w:p>
          <w:p>
            <w:r>
              <w:rPr>
                <w:b w:val="0"/>
                <w:color w:val="6B7A80"/>
                <w:sz w:val="18"/>
              </w:rPr>
              <w:t>[Email · phone · tax / export ID]</w:t>
            </w:r>
          </w:p>
        </w:tc>
        <w:tc>
          <w:tcPr>
            <w:tcW w:type="dxa" w:w="4535"/>
          </w:tcPr>
          <w:p>
            <w:pPr>
              <w:jc w:val="right"/>
            </w:pPr>
            <w:r>
              <w:rPr>
                <w:b/>
                <w:color w:val="0378B8"/>
                <w:sz w:val="36"/>
              </w:rPr>
              <w:t>COMMERCIAL INVOICE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Invoice no.: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Invoice date: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Buyer order no.: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Pro forma invoice no.:  </w:t>
            </w:r>
            <w:r>
              <w:rPr>
                <w:b/>
              </w:rPr>
              <w:t>[ ]</w:t>
            </w:r>
          </w:p>
          <w:p>
            <w:pPr>
              <w:jc w:val="right"/>
            </w:pPr>
            <w:r>
              <w:rPr>
                <w:color w:val="6B7A80"/>
              </w:rPr>
              <w:t xml:space="preserve">Country of origin:  </w:t>
            </w:r>
            <w:r>
              <w:rPr>
                <w:b/>
              </w:rPr>
              <w:t>[ ]</w:t>
            </w:r>
          </w:p>
        </w:tc>
      </w:tr>
    </w:tbl>
    <w:p>
      <w:pPr>
        <w:spacing w:before="12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762"/>
        <w:gridCol w:w="5329"/>
      </w:tblGrid>
      <w:tr>
        <w:tc>
          <w:tcPr>
            <w:tcW w:type="dxa" w:w="4762"/>
            <w:shd w:val="clear" w:color="auto" w:fill="E6F2FA"/>
          </w:tcPr>
          <w:p>
            <w:r>
              <w:rPr>
                <w:b/>
                <w:color w:val="0378B8"/>
                <w:sz w:val="16"/>
              </w:rPr>
              <w:t>BUYER</w:t>
            </w:r>
          </w:p>
          <w:p>
            <w:r>
              <w:rPr>
                <w:b/>
                <w:color w:val="122A35"/>
              </w:rPr>
              <w:t>[Buyer company name]</w:t>
            </w:r>
          </w:p>
          <w:p>
            <w:r>
              <w:rPr>
                <w:b w:val="0"/>
                <w:color w:val="6B7A80"/>
              </w:rPr>
              <w:t>[Street, city, postcode]</w:t>
            </w:r>
          </w:p>
          <w:p>
            <w:r>
              <w:rPr>
                <w:b w:val="0"/>
                <w:color w:val="6B7A80"/>
              </w:rPr>
              <w:t>[Country]</w:t>
            </w:r>
          </w:p>
          <w:p>
            <w:r>
              <w:rPr>
                <w:b w:val="0"/>
                <w:color w:val="6B7A80"/>
              </w:rPr>
              <w:t>[Contact person · email · importer ID]</w:t>
            </w:r>
          </w:p>
        </w:tc>
        <w:tc>
          <w:tcPr>
            <w:tcW w:type="dxa" w:w="5329"/>
            <w:shd w:val="clear" w:color="auto" w:fill="E6F2FA"/>
          </w:tcPr>
          <w:p>
            <w:r>
              <w:rPr>
                <w:b/>
                <w:color w:val="0378B8"/>
                <w:sz w:val="16"/>
              </w:rPr>
              <w:t>SHIPMENT AND DELIVERY</w:t>
            </w:r>
          </w:p>
          <w:p>
            <w:r>
              <w:rPr>
                <w:color w:val="6B7A80"/>
              </w:rPr>
              <w:t xml:space="preserve">Incoterms® 2020 rule:  </w:t>
            </w:r>
            <w:r>
              <w:rPr>
                <w:color w:val="6B7A80"/>
              </w:rPr>
              <w:t>[e.g. FOB Ningbo]</w:t>
            </w:r>
          </w:p>
          <w:p>
            <w:r>
              <w:rPr>
                <w:color w:val="6B7A80"/>
              </w:rPr>
              <w:t xml:space="preserve">Transport:  </w:t>
            </w:r>
            <w:r>
              <w:rPr>
                <w:color w:val="6B7A80"/>
              </w:rPr>
              <w:t>[Sea / Air / Road / Rail]</w:t>
            </w:r>
          </w:p>
          <w:p>
            <w:r>
              <w:rPr>
                <w:color w:val="6B7A80"/>
              </w:rPr>
              <w:t xml:space="preserve">Port of loading:  </w:t>
            </w:r>
            <w:r>
              <w:rPr>
                <w:color w:val="6B7A80"/>
              </w:rPr>
              <w:t>[Port, country]</w:t>
            </w:r>
          </w:p>
          <w:p>
            <w:r>
              <w:rPr>
                <w:color w:val="6B7A80"/>
              </w:rPr>
              <w:t xml:space="preserve">Port of discharge:  </w:t>
            </w:r>
            <w:r>
              <w:rPr>
                <w:color w:val="6B7A80"/>
              </w:rPr>
              <w:t>[Port, country]</w:t>
            </w:r>
          </w:p>
          <w:p>
            <w:r>
              <w:rPr>
                <w:color w:val="6B7A80"/>
              </w:rPr>
              <w:t xml:space="preserve">Shipping date:  </w:t>
            </w:r>
            <w:r>
              <w:rPr>
                <w:color w:val="6B7A80"/>
              </w:rPr>
              <w:t>[YYYY-MM-DD]</w:t>
            </w:r>
          </w:p>
        </w:tc>
      </w:tr>
    </w:tbl>
    <w:p>
      <w:pPr>
        <w:spacing w:before="120"/>
      </w:pPr>
    </w:p>
    <w:tbl>
      <w:tblPr>
        <w:tblW w:w="10092" w:type="dxa"/>
        <w:tblBorders>
          <w:top w:val="single" w:sz="4" w:color="C9D4DA"/>
          <w:left w:val="single" w:sz="4" w:color="C9D4DA"/>
          <w:bottom w:val="single" w:sz="4" w:color="C9D4DA"/>
          <w:right w:val="single" w:sz="4" w:color="C9D4DA"/>
          <w:insideH w:val="single" w:sz="4" w:color="C9D4DA"/>
          <w:insideV w:val="single" w:sz="4" w:color="C9D4DA"/>
        </w:tblBorders>
        <w:tblLayout w:type="fixed"/>
        <w:tblLook w:firstColumn="1" w:firstRow="1" w:lastColumn="0" w:lastRow="0" w:noHBand="0" w:noVBand="1" w:val="04A0"/>
      </w:tblPr>
      <w:tblGrid>
        <w:gridCol w:w="510"/>
        <w:gridCol w:w="3288"/>
        <w:gridCol w:w="1020"/>
        <w:gridCol w:w="1020"/>
        <w:gridCol w:w="850"/>
        <w:gridCol w:w="680"/>
        <w:gridCol w:w="1247"/>
        <w:gridCol w:w="1474"/>
      </w:tblGrid>
      <w:tr>
        <w:tc>
          <w:tcPr>
            <w:tcW w:type="dxa" w:w="51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No.</w:t>
            </w:r>
          </w:p>
        </w:tc>
        <w:tc>
          <w:tcPr>
            <w:tcW w:type="dxa" w:w="3288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Description of goods</w:t>
            </w:r>
          </w:p>
        </w:tc>
        <w:tc>
          <w:tcPr>
            <w:tcW w:type="dxa" w:w="102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HS code</w:t>
            </w:r>
          </w:p>
        </w:tc>
        <w:tc>
          <w:tcPr>
            <w:tcW w:type="dxa" w:w="102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Origin</w:t>
            </w:r>
          </w:p>
        </w:tc>
        <w:tc>
          <w:tcPr>
            <w:tcW w:type="dxa" w:w="85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680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Unit</w:t>
            </w:r>
          </w:p>
        </w:tc>
        <w:tc>
          <w:tcPr>
            <w:tcW w:type="dxa" w:w="1247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Unit price [CUR]</w:t>
            </w:r>
          </w:p>
        </w:tc>
        <w:tc>
          <w:tcPr>
            <w:tcW w:type="dxa" w:w="1474"/>
            <w:shd w:val="clear" w:color="auto" w:fill="0378B8"/>
          </w:tcPr>
          <w:p>
            <w:r>
              <w:rPr>
                <w:b/>
                <w:color w:val="FFFFFF"/>
                <w:sz w:val="16"/>
              </w:rPr>
              <w:t>Amount [CUR]</w:t>
            </w:r>
          </w:p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288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850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  <w:tc>
          <w:tcPr>
            <w:tcW w:type="dxa" w:w="1474"/>
            <w:shd w:val="clear" w:color="auto" w:fill="F3F8FC"/>
          </w:tcPr>
          <w:p/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3288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850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  <w:tc>
          <w:tcPr>
            <w:tcW w:type="dxa" w:w="1474"/>
            <w:shd w:val="clear" w:color="auto" w:fill="F3F8FC"/>
          </w:tcPr>
          <w:p/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3288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850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  <w:tc>
          <w:tcPr>
            <w:tcW w:type="dxa" w:w="1474"/>
            <w:shd w:val="clear" w:color="auto" w:fill="F3F8FC"/>
          </w:tcPr>
          <w:p/>
        </w:tc>
      </w:tr>
      <w:tr>
        <w:tc>
          <w:tcPr>
            <w:tcW w:type="dxa" w:w="510"/>
          </w:tcPr>
          <w:p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3288"/>
          </w:tcPr>
          <w:p/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10"/>
            <w:shd w:val="clear" w:color="auto" w:fill="F3F8FC"/>
          </w:tcPr>
          <w:p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3288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1020"/>
            <w:shd w:val="clear" w:color="auto" w:fill="F3F8FC"/>
          </w:tcPr>
          <w:p/>
        </w:tc>
        <w:tc>
          <w:tcPr>
            <w:tcW w:type="dxa" w:w="850"/>
            <w:shd w:val="clear" w:color="auto" w:fill="F3F8FC"/>
          </w:tcPr>
          <w:p/>
        </w:tc>
        <w:tc>
          <w:tcPr>
            <w:tcW w:type="dxa" w:w="680"/>
            <w:shd w:val="clear" w:color="auto" w:fill="F3F8FC"/>
          </w:tcPr>
          <w:p/>
        </w:tc>
        <w:tc>
          <w:tcPr>
            <w:tcW w:type="dxa" w:w="1247"/>
            <w:shd w:val="clear" w:color="auto" w:fill="F3F8FC"/>
          </w:tcPr>
          <w:p/>
        </w:tc>
        <w:tc>
          <w:tcPr>
            <w:tcW w:type="dxa" w:w="1474"/>
            <w:shd w:val="clear" w:color="auto" w:fill="F3F8FC"/>
          </w:tcPr>
          <w:p/>
        </w:tc>
      </w:tr>
      <w:tr>
        <w:tc>
          <w:tcPr>
            <w:tcW w:type="dxa" w:w="510"/>
          </w:tcPr>
          <w:p/>
        </w:tc>
        <w:tc>
          <w:tcPr>
            <w:tcW w:type="dxa" w:w="3288"/>
          </w:tcPr>
          <w:p>
            <w:r>
              <w:rPr>
                <w:b/>
                <w:sz w:val="18"/>
              </w:rPr>
              <w:t>TOTAL</w:t>
            </w:r>
          </w:p>
        </w:tc>
        <w:tc>
          <w:tcPr>
            <w:tcW w:type="dxa" w:w="1020"/>
          </w:tcPr>
          <w:p/>
        </w:tc>
        <w:tc>
          <w:tcPr>
            <w:tcW w:type="dxa" w:w="1020"/>
          </w:tcPr>
          <w:p/>
        </w:tc>
        <w:tc>
          <w:tcPr>
            <w:tcW w:type="dxa" w:w="850"/>
          </w:tcPr>
          <w:p/>
        </w:tc>
        <w:tc>
          <w:tcPr>
            <w:tcW w:type="dxa" w:w="680"/>
          </w:tcPr>
          <w:p/>
        </w:tc>
        <w:tc>
          <w:tcPr>
            <w:tcW w:type="dxa" w:w="1247"/>
          </w:tcPr>
          <w:p/>
        </w:tc>
        <w:tc>
          <w:tcPr>
            <w:tcW w:type="dxa" w:w="1474"/>
          </w:tcPr>
          <w:p/>
        </w:tc>
      </w:tr>
    </w:tbl>
    <w:p>
      <w:pPr>
        <w:spacing w:before="120"/>
      </w:pPr>
    </w:p>
    <w:tbl>
      <w:tblPr>
        <w:tblW w:w="5670" w:type="dxa"/>
        <w:jc w:val="right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742"/>
        <w:gridCol w:w="1927"/>
      </w:tblGrid>
      <w:tr>
        <w:tc>
          <w:tcPr>
            <w:tcW w:type="dxa" w:w="3742"/>
          </w:tcPr>
          <w:p>
            <w:r>
              <w:rPr>
                <w:b w:val="0"/>
                <w:color w:val="6B7A80"/>
                <w:sz w:val="18"/>
              </w:rPr>
              <w:t>Goods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8"/>
              </w:rPr>
              <w:t>[CUR 0.00]</w:t>
            </w:r>
          </w:p>
        </w:tc>
      </w:tr>
      <w:tr>
        <w:tc>
          <w:tcPr>
            <w:tcW w:type="dxa" w:w="3742"/>
          </w:tcPr>
          <w:p>
            <w:r>
              <w:rPr>
                <w:b w:val="0"/>
                <w:color w:val="6B7A80"/>
                <w:sz w:val="18"/>
              </w:rPr>
              <w:t>Freight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8"/>
              </w:rPr>
              <w:t>[CUR 0.00]</w:t>
            </w:r>
          </w:p>
        </w:tc>
      </w:tr>
      <w:tr>
        <w:tc>
          <w:tcPr>
            <w:tcW w:type="dxa" w:w="3742"/>
          </w:tcPr>
          <w:p>
            <w:r>
              <w:rPr>
                <w:b w:val="0"/>
                <w:color w:val="6B7A80"/>
                <w:sz w:val="18"/>
              </w:rPr>
              <w:t>Insurance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8"/>
              </w:rPr>
              <w:t>[CUR 0.00]</w:t>
            </w:r>
          </w:p>
        </w:tc>
      </w:tr>
      <w:tr>
        <w:tc>
          <w:tcPr>
            <w:tcW w:type="dxa" w:w="3742"/>
          </w:tcPr>
          <w:p>
            <w:r>
              <w:rPr>
                <w:b w:val="0"/>
                <w:color w:val="6B7A80"/>
                <w:sz w:val="18"/>
              </w:rPr>
              <w:t>Other charges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8"/>
              </w:rPr>
              <w:t>[CUR 0.00]</w:t>
            </w:r>
          </w:p>
        </w:tc>
      </w:tr>
      <w:tr>
        <w:tc>
          <w:tcPr>
            <w:tcW w:type="dxa" w:w="3742"/>
          </w:tcPr>
          <w:p>
            <w:r>
              <w:rPr>
                <w:b w:val="0"/>
                <w:color w:val="6B7A80"/>
                <w:sz w:val="18"/>
              </w:rPr>
              <w:t>Discount</w:t>
            </w:r>
          </w:p>
        </w:tc>
        <w:tc>
          <w:tcPr>
            <w:tcW w:type="dxa" w:w="1928"/>
          </w:tcPr>
          <w:p>
            <w:pPr>
              <w:jc w:val="right"/>
            </w:pPr>
            <w:r>
              <w:rPr>
                <w:b w:val="0"/>
                <w:sz w:val="18"/>
              </w:rPr>
              <w:t>[CUR 0.00]</w:t>
            </w:r>
          </w:p>
        </w:tc>
      </w:tr>
      <w:tr>
        <w:tc>
          <w:tcPr>
            <w:tcW w:type="dxa" w:w="3742"/>
            <w:shd w:val="clear" w:color="auto" w:fill="0378B8"/>
          </w:tcPr>
          <w:p>
            <w:r>
              <w:rPr>
                <w:b/>
                <w:color w:val="FFFFFF"/>
                <w:sz w:val="18"/>
              </w:rPr>
              <w:t>TOTAL [rule and place, e.g. CIF Hamburg]</w:t>
            </w:r>
          </w:p>
        </w:tc>
        <w:tc>
          <w:tcPr>
            <w:tcW w:type="dxa" w:w="1928"/>
            <w:shd w:val="clear" w:color="auto" w:fill="0378B8"/>
          </w:tcPr>
          <w:p>
            <w:pPr>
              <w:jc w:val="right"/>
            </w:pPr>
            <w:r>
              <w:rPr>
                <w:b/>
                <w:color w:val="FFFFFF"/>
                <w:sz w:val="18"/>
              </w:rPr>
              <w:t>[CUR 0.00]</w:t>
            </w:r>
          </w:p>
        </w:tc>
      </w:tr>
    </w:tbl>
    <w:p>
      <w:pPr>
        <w:spacing w:before="80"/>
      </w:pPr>
      <w:r>
        <w:rPr>
          <w:b/>
          <w:color w:val="6B7A80"/>
          <w:sz w:val="16"/>
        </w:rPr>
        <w:t>Amount in words: [SAY US DOLLARS … ONLY]</w:t>
      </w:r>
    </w:p>
    <w:p>
      <w:pPr>
        <w:spacing w:before="16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927"/>
        <w:gridCol w:w="8164"/>
      </w:tblGrid>
      <w:tr>
        <w:tc>
          <w:tcPr>
            <w:tcW w:type="dxa" w:w="1928"/>
          </w:tcPr>
          <w:p>
            <w:r>
              <w:rPr>
                <w:b/>
                <w:color w:val="6B7A80"/>
                <w:sz w:val="18"/>
              </w:rPr>
              <w:t>Payment terms</w:t>
            </w:r>
          </w:p>
        </w:tc>
        <w:tc>
          <w:tcPr>
            <w:tcW w:type="dxa" w:w="8164"/>
          </w:tcPr>
          <w:p>
            <w:r>
              <w:rPr>
                <w:b w:val="0"/>
                <w:color w:val="6B7A80"/>
                <w:sz w:val="18"/>
              </w:rPr>
              <w:t>[as agreed]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color w:val="6B7A80"/>
                <w:sz w:val="18"/>
              </w:rPr>
              <w:t>Packing</w:t>
            </w:r>
          </w:p>
        </w:tc>
        <w:tc>
          <w:tcPr>
            <w:tcW w:type="dxa" w:w="8164"/>
          </w:tcPr>
          <w:p>
            <w:r>
              <w:rPr>
                <w:b w:val="0"/>
                <w:color w:val="6B7A80"/>
                <w:sz w:val="18"/>
              </w:rPr>
              <w:t>[e.g. export cartons on pallets]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color w:val="6B7A80"/>
                <w:sz w:val="18"/>
              </w:rPr>
              <w:t>Notes</w:t>
            </w:r>
          </w:p>
        </w:tc>
        <w:tc>
          <w:tcPr>
            <w:tcW w:type="dxa" w:w="8164"/>
          </w:tcPr>
          <w:p>
            <w:r>
              <w:rPr>
                <w:b w:val="0"/>
                <w:color w:val="6B7A80"/>
                <w:sz w:val="18"/>
              </w:rPr>
              <w:t>[ ]</w:t>
            </w:r>
          </w:p>
        </w:tc>
      </w:tr>
    </w:tbl>
    <w:p>
      <w:pPr>
        <w:spacing w:before="12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835"/>
        <w:gridCol w:w="7257"/>
      </w:tblGrid>
      <w:tr>
        <w:tc>
          <w:tcPr>
            <w:tcW w:type="dxa" w:w="2835"/>
            <w:shd w:val="clear" w:color="auto" w:fill="E6F2FA"/>
          </w:tcPr>
          <w:p>
            <w:r>
              <w:rPr>
                <w:b/>
                <w:color w:val="0378B8"/>
                <w:sz w:val="16"/>
              </w:rPr>
              <w:t>BANK DETAILS FOR PAYMENT</w:t>
            </w:r>
          </w:p>
        </w:tc>
        <w:tc>
          <w:tcPr>
            <w:tcW w:type="dxa" w:w="7257"/>
            <w:shd w:val="clear" w:color="auto" w:fill="E6F2FA"/>
          </w:tcPr>
          <w:p/>
        </w:tc>
      </w:tr>
      <w:tr>
        <w:tc>
          <w:tcPr>
            <w:tcW w:type="dxa" w:w="2835"/>
            <w:shd w:val="clear" w:color="auto" w:fill="E6F2FA"/>
          </w:tcPr>
          <w:p>
            <w:r>
              <w:rPr>
                <w:b w:val="0"/>
                <w:color w:val="6B7A80"/>
                <w:sz w:val="18"/>
              </w:rPr>
              <w:t>Beneficiary</w:t>
            </w:r>
          </w:p>
        </w:tc>
        <w:tc>
          <w:tcPr>
            <w:tcW w:type="dxa" w:w="7257"/>
            <w:shd w:val="clear" w:color="auto" w:fill="E6F2FA"/>
          </w:tcPr>
          <w:p>
            <w:r>
              <w:rPr>
                <w:b/>
                <w:sz w:val="18"/>
              </w:rPr>
              <w:t>[ ]</w:t>
            </w:r>
          </w:p>
        </w:tc>
      </w:tr>
      <w:tr>
        <w:tc>
          <w:tcPr>
            <w:tcW w:type="dxa" w:w="2835"/>
            <w:shd w:val="clear" w:color="auto" w:fill="E6F2FA"/>
          </w:tcPr>
          <w:p>
            <w:r>
              <w:rPr>
                <w:b w:val="0"/>
                <w:color w:val="6B7A80"/>
                <w:sz w:val="18"/>
              </w:rPr>
              <w:t>Bank name and branch</w:t>
            </w:r>
          </w:p>
        </w:tc>
        <w:tc>
          <w:tcPr>
            <w:tcW w:type="dxa" w:w="7257"/>
            <w:shd w:val="clear" w:color="auto" w:fill="E6F2FA"/>
          </w:tcPr>
          <w:p>
            <w:r>
              <w:rPr>
                <w:b/>
                <w:sz w:val="18"/>
              </w:rPr>
              <w:t>[ ]</w:t>
            </w:r>
          </w:p>
        </w:tc>
      </w:tr>
      <w:tr>
        <w:tc>
          <w:tcPr>
            <w:tcW w:type="dxa" w:w="2835"/>
            <w:shd w:val="clear" w:color="auto" w:fill="E6F2FA"/>
          </w:tcPr>
          <w:p>
            <w:r>
              <w:rPr>
                <w:b w:val="0"/>
                <w:color w:val="6B7A80"/>
                <w:sz w:val="18"/>
              </w:rPr>
              <w:t>SWIFT / BIC</w:t>
            </w:r>
          </w:p>
        </w:tc>
        <w:tc>
          <w:tcPr>
            <w:tcW w:type="dxa" w:w="7257"/>
            <w:shd w:val="clear" w:color="auto" w:fill="E6F2FA"/>
          </w:tcPr>
          <w:p>
            <w:r>
              <w:rPr>
                <w:b/>
                <w:sz w:val="18"/>
              </w:rPr>
              <w:t>[ ]</w:t>
            </w:r>
          </w:p>
        </w:tc>
      </w:tr>
      <w:tr>
        <w:tc>
          <w:tcPr>
            <w:tcW w:type="dxa" w:w="2835"/>
            <w:shd w:val="clear" w:color="auto" w:fill="E6F2FA"/>
          </w:tcPr>
          <w:p>
            <w:r>
              <w:rPr>
                <w:b w:val="0"/>
                <w:color w:val="6B7A80"/>
                <w:sz w:val="18"/>
              </w:rPr>
              <w:t>IBAN or account no.</w:t>
            </w:r>
          </w:p>
        </w:tc>
        <w:tc>
          <w:tcPr>
            <w:tcW w:type="dxa" w:w="7257"/>
            <w:shd w:val="clear" w:color="auto" w:fill="E6F2FA"/>
          </w:tcPr>
          <w:p>
            <w:r>
              <w:rPr>
                <w:b/>
                <w:sz w:val="18"/>
              </w:rPr>
              <w:t>[ ]</w:t>
            </w:r>
          </w:p>
        </w:tc>
      </w:tr>
    </w:tbl>
    <w:p>
      <w:pPr>
        <w:spacing w:before="160"/>
      </w:pPr>
      <w:r>
        <w:rPr>
          <w:b/>
          <w:sz w:val="18"/>
        </w:rPr>
        <w:t>Declaration</w:t>
      </w:r>
    </w:p>
    <w:p>
      <w:pPr>
        <w:spacing w:before="0"/>
      </w:pPr>
      <w:r>
        <w:rPr>
          <w:b w:val="0"/>
          <w:sz w:val="18"/>
        </w:rPr>
        <w:t>We declare that this invoice shows the actual price of the goods described, that all particulars are true and correct, and that the goods are of the origin stated.</w:t>
      </w:r>
    </w:p>
    <w:p>
      <w:pPr>
        <w:spacing w:before="280"/>
      </w:pPr>
    </w:p>
    <w:tbl>
      <w:tblPr>
        <w:tblW w:w="10092" w:type="dxa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r>
              <w:rPr>
                <w:b w:val="0"/>
                <w:color w:val="6B7A80"/>
                <w:sz w:val="18"/>
              </w:rPr>
              <w:t>For and on behalf of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>
            <w:r>
              <w:rPr>
                <w:b/>
                <w:sz w:val="18"/>
              </w:rPr>
              <w:t>[Your company name]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>
            <w:r>
              <w:br/>
              <w:br/>
              <w:t>_______________________________</w:t>
            </w:r>
          </w:p>
          <w:p>
            <w:r>
              <w:rPr>
                <w:color w:val="6B7A80"/>
                <w:sz w:val="16"/>
              </w:rPr>
              <w:t>Authorised signature and company stamp</w:t>
            </w:r>
          </w:p>
        </w:tc>
      </w:tr>
    </w:tbl>
    <w:p>
      <w:pPr>
        <w:spacing w:before="120"/>
      </w:pPr>
      <w:r>
        <w:rPr>
          <w:b w:val="0"/>
          <w:color w:val="6B7A80"/>
          <w:sz w:val="14"/>
        </w:rPr>
        <w:t>Blank template from quotepad.net. Fill it in, or make it online with HS codes, totals and a PDF at quotepad.net.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Invoice template</dc:title>
  <dc:subject/>
  <dc:creator>Quotepad (quotepad.net)</dc:creator>
  <cp:keywords/>
  <dc:description>Blank template from quotepad.net</dc:description>
  <cp:lastModifiedBy>Quotepad</cp:lastModifiedBy>
  <cp:revision>1</cp:revision>
  <dcterms:created xsi:type="dcterms:W3CDTF">2026-10-29T00:00:00Z</dcterms:created>
  <dcterms:modified xsi:type="dcterms:W3CDTF">2026-10-29T00:00:00Z</dcterms:modified>
  <cp:category/>
</cp:coreProperties>
</file>