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25"/>
        </w:trPr>
        <w:tc>
          <w:tcPr>
            <w:tcW w:type="dxa" w:w="10091"/>
            <w:shd w:val="clear" w:color="auto" w:fill="0378B8"/>
          </w:tcPr>
          <w:p>
            <w:r>
              <w:rPr>
                <w:b w:val="0"/>
                <w:sz w:val="4"/>
              </w:rPr>
            </w:r>
          </w:p>
        </w:tc>
      </w:tr>
    </w:tbl>
    <w:tbl>
      <w:tblPr>
        <w:tblW w:w="10092" w:type="dxa"/>
        <w:jc w:val="center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6"/>
        <w:gridCol w:w="4536"/>
      </w:tblGrid>
      <w:tr>
        <w:tc>
          <w:tcPr>
            <w:tcW w:type="dxa" w:w="5556"/>
          </w:tcPr>
          <w:p>
            <w:r>
              <w:rPr>
                <w:b w:val="0"/>
                <w:color w:val="6B7A80"/>
                <w:sz w:val="18"/>
              </w:rPr>
              <w:t>[Your logo]</w:t>
            </w:r>
          </w:p>
          <w:p>
            <w:r>
              <w:rPr>
                <w:b/>
                <w:color w:val="122A35"/>
                <w:sz w:val="22"/>
              </w:rPr>
              <w:t>[Your company name]</w:t>
            </w:r>
          </w:p>
          <w:p>
            <w:r>
              <w:rPr>
                <w:b w:val="0"/>
                <w:color w:val="6B7A80"/>
                <w:sz w:val="18"/>
              </w:rPr>
              <w:t>[Street, city, postcode]</w:t>
            </w:r>
          </w:p>
          <w:p>
            <w:r>
              <w:rPr>
                <w:b w:val="0"/>
                <w:color w:val="6B7A80"/>
                <w:sz w:val="18"/>
              </w:rPr>
              <w:t>[Country]</w:t>
            </w:r>
          </w:p>
          <w:p>
            <w:r>
              <w:rPr>
                <w:b w:val="0"/>
                <w:color w:val="6B7A80"/>
                <w:sz w:val="18"/>
              </w:rPr>
              <w:t>[Email · phone · tax / export ID]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color w:val="0378B8"/>
                <w:sz w:val="36"/>
              </w:rPr>
              <w:t>PACKING LIST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Packing list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Date: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Buyer order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Total packages:  </w:t>
            </w:r>
            <w:r>
              <w:rPr>
                <w:b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5329"/>
      </w:tblGrid>
      <w:tr>
        <w:tc>
          <w:tcPr>
            <w:tcW w:type="dxa" w:w="4762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CONSIGNEE</w:t>
            </w:r>
          </w:p>
          <w:p>
            <w:r>
              <w:rPr>
                <w:b/>
                <w:color w:val="122A35"/>
              </w:rPr>
              <w:t>[Buyer company name]</w:t>
            </w:r>
          </w:p>
          <w:p>
            <w:r>
              <w:rPr>
                <w:b w:val="0"/>
                <w:color w:val="6B7A80"/>
              </w:rPr>
              <w:t>[Street, city, postcode]</w:t>
            </w:r>
          </w:p>
          <w:p>
            <w:r>
              <w:rPr>
                <w:b w:val="0"/>
                <w:color w:val="6B7A80"/>
              </w:rPr>
              <w:t>[Country]</w:t>
            </w:r>
          </w:p>
          <w:p>
            <w:r>
              <w:rPr>
                <w:b w:val="0"/>
                <w:color w:val="6B7A80"/>
              </w:rPr>
              <w:t>[Contact person · email · importer ID]</w:t>
            </w:r>
          </w:p>
        </w:tc>
        <w:tc>
          <w:tcPr>
            <w:tcW w:type="dxa" w:w="5329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SHIPMENT AND DELIVERY</w:t>
            </w:r>
          </w:p>
          <w:p>
            <w:r>
              <w:rPr>
                <w:color w:val="6B7A80"/>
              </w:rPr>
              <w:t xml:space="preserve">Incoterms® 2020 rule:  </w:t>
            </w:r>
            <w:r>
              <w:rPr>
                <w:color w:val="6B7A80"/>
              </w:rPr>
              <w:t>[e.g. FOB Ningbo]</w:t>
            </w:r>
          </w:p>
          <w:p>
            <w:r>
              <w:rPr>
                <w:color w:val="6B7A80"/>
              </w:rPr>
              <w:t xml:space="preserve">Transport:  </w:t>
            </w:r>
            <w:r>
              <w:rPr>
                <w:color w:val="6B7A80"/>
              </w:rPr>
              <w:t>[Sea / Air / Road / Rail]</w:t>
            </w:r>
          </w:p>
          <w:p>
            <w:r>
              <w:rPr>
                <w:color w:val="6B7A80"/>
              </w:rPr>
              <w:t xml:space="preserve">Port of loading: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Port of discharge: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Shipping date:  </w:t>
            </w:r>
            <w:r>
              <w:rPr>
                <w:color w:val="6B7A80"/>
              </w:rPr>
              <w:t>[YYYY-MM-DD]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C9D4DA"/>
          <w:left w:val="single" w:sz="4" w:color="C9D4DA"/>
          <w:bottom w:val="single" w:sz="4" w:color="C9D4DA"/>
          <w:right w:val="single" w:sz="4" w:color="C9D4DA"/>
          <w:insideH w:val="single" w:sz="4" w:color="C9D4DA"/>
          <w:insideV w:val="single" w:sz="4" w:color="C9D4DA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3288"/>
        <w:gridCol w:w="907"/>
        <w:gridCol w:w="680"/>
        <w:gridCol w:w="1077"/>
        <w:gridCol w:w="1190"/>
        <w:gridCol w:w="1190"/>
        <w:gridCol w:w="1247"/>
      </w:tblGrid>
      <w:tr>
        <w:tc>
          <w:tcPr>
            <w:tcW w:type="dxa" w:w="51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type="dxa" w:w="3288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90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68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07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Packages</w:t>
            </w:r>
          </w:p>
        </w:tc>
        <w:tc>
          <w:tcPr>
            <w:tcW w:type="dxa" w:w="1191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Net wt, kg</w:t>
            </w:r>
          </w:p>
        </w:tc>
        <w:tc>
          <w:tcPr>
            <w:tcW w:type="dxa" w:w="1191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Gross wt, kg</w:t>
            </w:r>
          </w:p>
        </w:tc>
        <w:tc>
          <w:tcPr>
            <w:tcW w:type="dxa" w:w="124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Volume, m³</w:t>
            </w:r>
          </w:p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28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</w:tbl>
    <w:p>
      <w:pPr>
        <w:spacing w:before="160"/>
      </w:pPr>
      <w:r>
        <w:rPr>
          <w:b/>
          <w:sz w:val="18"/>
        </w:rPr>
        <w:t>Shipping marks:</w:t>
      </w:r>
    </w:p>
    <w:p>
      <w:pPr>
        <w:spacing w:before="0"/>
      </w:pPr>
      <w:r>
        <w:rPr>
          <w:b w:val="0"/>
          <w:color w:val="6B7A80"/>
          <w:sz w:val="18"/>
        </w:rPr>
        <w:t>[BUYER CODE]</w:t>
      </w:r>
    </w:p>
    <w:p>
      <w:pPr>
        <w:spacing w:before="0"/>
      </w:pPr>
      <w:r>
        <w:rPr>
          <w:b w:val="0"/>
          <w:color w:val="6B7A80"/>
          <w:sz w:val="18"/>
        </w:rPr>
        <w:t>[PO NO.]</w:t>
      </w:r>
    </w:p>
    <w:p>
      <w:pPr>
        <w:spacing w:before="0"/>
      </w:pPr>
      <w:r>
        <w:rPr>
          <w:b w:val="0"/>
          <w:color w:val="6B7A80"/>
          <w:sz w:val="18"/>
        </w:rPr>
        <w:t>[DESTINATION PORT]</w:t>
      </w:r>
    </w:p>
    <w:p>
      <w:pPr>
        <w:spacing w:before="0"/>
      </w:pPr>
      <w:r>
        <w:rPr>
          <w:b w:val="0"/>
          <w:color w:val="6B7A80"/>
          <w:sz w:val="18"/>
        </w:rPr>
        <w:t>[C/NO. 1-___]</w:t>
      </w:r>
    </w:p>
    <w:p>
      <w:pPr>
        <w:spacing w:before="0"/>
      </w:pPr>
      <w:r>
        <w:rPr>
          <w:b w:val="0"/>
          <w:color w:val="6B7A80"/>
          <w:sz w:val="18"/>
        </w:rPr>
        <w:t>[MADE IN …]</w:t>
      </w:r>
    </w:p>
    <w:p>
      <w:pPr>
        <w:spacing w:before="16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8164"/>
      </w:tblGrid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Packing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export cartons on pallets, dimensions]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Notes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 ]</w:t>
            </w:r>
          </w:p>
        </w:tc>
      </w:tr>
    </w:tbl>
    <w:p>
      <w:pPr>
        <w:spacing w:before="28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For and on behalf of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/>
                <w:sz w:val="18"/>
              </w:rPr>
              <w:t>[Your company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Authorised signature and company stamp</w:t>
            </w:r>
          </w:p>
        </w:tc>
      </w:tr>
    </w:tbl>
    <w:p>
      <w:pPr>
        <w:spacing w:before="240"/>
      </w:pPr>
      <w:r>
        <w:rPr>
          <w:b w:val="0"/>
          <w:color w:val="6B7A80"/>
          <w:sz w:val="15"/>
        </w:rPr>
        <w:t>Weights in kilograms and volume in cubic metres are for the whole line. The marks and numbers match the cartons and the commercial invoice.</w:t>
      </w:r>
    </w:p>
    <w:p>
      <w:pPr>
        <w:spacing w:before="120"/>
      </w:pPr>
      <w:r>
        <w:rPr>
          <w:b w:val="0"/>
          <w:color w:val="6B7A80"/>
          <w:sz w:val="14"/>
        </w:rPr>
        <w:t>Blank template from quotepad.net. Fill it in, or make it online with HS codes, totals and a PDF at quotepad.net.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template</dc:title>
  <dc:subject/>
  <dc:creator>Quotepad (quotepad.net)</dc:creator>
  <cp:keywords/>
  <dc:description>Blank template from quotepad.net</dc:description>
  <cp:lastModifiedBy>Quotepad</cp:lastModifiedBy>
  <cp:revision>1</cp:revision>
  <dcterms:created xsi:type="dcterms:W3CDTF">2026-10-29T00:00:00Z</dcterms:created>
  <dcterms:modified xsi:type="dcterms:W3CDTF">2026-10-29T00:00:00Z</dcterms:modified>
  <cp:category/>
</cp:coreProperties>
</file>