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2" w:type="dxa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rPr>
          <w:trHeight w:val="125"/>
        </w:trPr>
        <w:tc>
          <w:tcPr>
            <w:tcW w:type="dxa" w:w="10091"/>
            <w:shd w:val="clear" w:color="auto" w:fill="0378B8"/>
          </w:tcPr>
          <w:p>
            <w:r>
              <w:rPr>
                <w:b w:val="0"/>
                <w:sz w:val="4"/>
              </w:rPr>
            </w:r>
          </w:p>
        </w:tc>
      </w:tr>
    </w:tbl>
    <w:tbl>
      <w:tblPr>
        <w:tblW w:w="10092" w:type="dxa"/>
        <w:jc w:val="center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556"/>
        <w:gridCol w:w="4536"/>
      </w:tblGrid>
      <w:tr>
        <w:tc>
          <w:tcPr>
            <w:tcW w:type="dxa" w:w="5556"/>
          </w:tcPr>
          <w:p>
            <w:r>
              <w:rPr>
                <w:b w:val="0"/>
                <w:color w:val="6B7A80"/>
                <w:sz w:val="18"/>
              </w:rPr>
              <w:t>[Your logo]</w:t>
            </w:r>
          </w:p>
          <w:p>
            <w:r>
              <w:rPr>
                <w:b/>
                <w:color w:val="122A35"/>
                <w:sz w:val="22"/>
              </w:rPr>
              <w:t>[Your company name]</w:t>
            </w:r>
          </w:p>
          <w:p>
            <w:r>
              <w:rPr>
                <w:b w:val="0"/>
                <w:color w:val="6B7A80"/>
                <w:sz w:val="18"/>
              </w:rPr>
              <w:t>[Street, city, postcode]</w:t>
            </w:r>
          </w:p>
          <w:p>
            <w:r>
              <w:rPr>
                <w:b w:val="0"/>
                <w:color w:val="6B7A80"/>
                <w:sz w:val="18"/>
              </w:rPr>
              <w:t>[Country]</w:t>
            </w:r>
          </w:p>
          <w:p>
            <w:r>
              <w:rPr>
                <w:b w:val="0"/>
                <w:color w:val="6B7A80"/>
                <w:sz w:val="18"/>
              </w:rPr>
              <w:t>[Email · phone · tax / export ID]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b/>
                <w:color w:val="0378B8"/>
                <w:sz w:val="36"/>
              </w:rPr>
              <w:t>PRO FORMA INVOICE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Pro forma invoice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Date: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Valid until: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Buyer reference: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Our quotation:  </w:t>
            </w:r>
            <w:r>
              <w:rPr>
                <w:b/>
              </w:rPr>
              <w:t>[ 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762"/>
        <w:gridCol w:w="5329"/>
      </w:tblGrid>
      <w:tr>
        <w:tc>
          <w:tcPr>
            <w:tcW w:type="dxa" w:w="4762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BUYER</w:t>
            </w:r>
          </w:p>
          <w:p>
            <w:r>
              <w:rPr>
                <w:b/>
                <w:color w:val="122A35"/>
              </w:rPr>
              <w:t>[Buyer company name]</w:t>
            </w:r>
          </w:p>
          <w:p>
            <w:r>
              <w:rPr>
                <w:b w:val="0"/>
                <w:color w:val="6B7A80"/>
              </w:rPr>
              <w:t>[Street, city, postcode]</w:t>
            </w:r>
          </w:p>
          <w:p>
            <w:r>
              <w:rPr>
                <w:b w:val="0"/>
                <w:color w:val="6B7A80"/>
              </w:rPr>
              <w:t>[Country]</w:t>
            </w:r>
          </w:p>
          <w:p>
            <w:r>
              <w:rPr>
                <w:b w:val="0"/>
                <w:color w:val="6B7A80"/>
              </w:rPr>
              <w:t>[Contact person · email · importer ID]</w:t>
            </w:r>
          </w:p>
        </w:tc>
        <w:tc>
          <w:tcPr>
            <w:tcW w:type="dxa" w:w="5329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SHIPMENT AND DELIVERY</w:t>
            </w:r>
          </w:p>
          <w:p>
            <w:r>
              <w:rPr>
                <w:color w:val="6B7A80"/>
              </w:rPr>
              <w:t xml:space="preserve">Incoterms® 2020 rule:  </w:t>
            </w:r>
            <w:r>
              <w:rPr>
                <w:color w:val="6B7A80"/>
              </w:rPr>
              <w:t>[e.g. FOB Ningbo]</w:t>
            </w:r>
          </w:p>
          <w:p>
            <w:r>
              <w:rPr>
                <w:color w:val="6B7A80"/>
              </w:rPr>
              <w:t xml:space="preserve">Transport:  </w:t>
            </w:r>
            <w:r>
              <w:rPr>
                <w:color w:val="6B7A80"/>
              </w:rPr>
              <w:t>[Sea / Air / Road / Rail]</w:t>
            </w:r>
          </w:p>
          <w:p>
            <w:r>
              <w:rPr>
                <w:color w:val="6B7A80"/>
              </w:rPr>
              <w:t xml:space="preserve">Port of loading: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Port of discharge: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Shipping date:  </w:t>
            </w:r>
            <w:r>
              <w:rPr>
                <w:color w:val="6B7A80"/>
              </w:rPr>
              <w:t>[YYYY-MM-DD]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C9D4DA"/>
          <w:left w:val="single" w:sz="4" w:color="C9D4DA"/>
          <w:bottom w:val="single" w:sz="4" w:color="C9D4DA"/>
          <w:right w:val="single" w:sz="4" w:color="C9D4DA"/>
          <w:insideH w:val="single" w:sz="4" w:color="C9D4DA"/>
          <w:insideV w:val="single" w:sz="4" w:color="C9D4DA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3288"/>
        <w:gridCol w:w="1020"/>
        <w:gridCol w:w="1020"/>
        <w:gridCol w:w="850"/>
        <w:gridCol w:w="680"/>
        <w:gridCol w:w="1247"/>
        <w:gridCol w:w="1474"/>
      </w:tblGrid>
      <w:tr>
        <w:tc>
          <w:tcPr>
            <w:tcW w:type="dxa" w:w="51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No.</w:t>
            </w:r>
          </w:p>
        </w:tc>
        <w:tc>
          <w:tcPr>
            <w:tcW w:type="dxa" w:w="3288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Description of goods</w:t>
            </w:r>
          </w:p>
        </w:tc>
        <w:tc>
          <w:tcPr>
            <w:tcW w:type="dxa" w:w="102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HS code</w:t>
            </w:r>
          </w:p>
        </w:tc>
        <w:tc>
          <w:tcPr>
            <w:tcW w:type="dxa" w:w="102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Origin</w:t>
            </w:r>
          </w:p>
        </w:tc>
        <w:tc>
          <w:tcPr>
            <w:tcW w:type="dxa" w:w="85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68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247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Unit price [CUR]</w:t>
            </w:r>
          </w:p>
        </w:tc>
        <w:tc>
          <w:tcPr>
            <w:tcW w:type="dxa" w:w="1474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Amount [CUR]</w:t>
            </w:r>
          </w:p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/>
        </w:tc>
        <w:tc>
          <w:tcPr>
            <w:tcW w:type="dxa" w:w="3288"/>
          </w:tcPr>
          <w:p>
            <w:r>
              <w:rPr>
                <w:b/>
                <w:sz w:val="18"/>
              </w:rPr>
              <w:t>TOTAL</w:t>
            </w:r>
          </w:p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</w:tbl>
    <w:p>
      <w:pPr>
        <w:spacing w:before="120"/>
      </w:pPr>
    </w:p>
    <w:tbl>
      <w:tblPr>
        <w:tblW w:w="5670" w:type="dxa"/>
        <w:jc w:val="right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742"/>
        <w:gridCol w:w="1927"/>
      </w:tblGrid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Goods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Freight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Insurance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Other charges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Discount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  <w:shd w:val="clear" w:color="auto" w:fill="0378B8"/>
          </w:tcPr>
          <w:p>
            <w:r>
              <w:rPr>
                <w:b/>
                <w:color w:val="FFFFFF"/>
                <w:sz w:val="18"/>
              </w:rPr>
              <w:t>TOTAL [rule and place, e.g. CIF Hamburg]</w:t>
            </w:r>
          </w:p>
        </w:tc>
        <w:tc>
          <w:tcPr>
            <w:tcW w:type="dxa" w:w="1928"/>
            <w:shd w:val="clear" w:color="auto" w:fill="0378B8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[CUR 0.00]</w:t>
            </w:r>
          </w:p>
        </w:tc>
      </w:tr>
    </w:tbl>
    <w:p>
      <w:pPr>
        <w:spacing w:before="80"/>
      </w:pPr>
      <w:r>
        <w:rPr>
          <w:b/>
          <w:color w:val="6B7A80"/>
          <w:sz w:val="16"/>
        </w:rPr>
        <w:t>Amount in words: [SAY US DOLLARS … ONLY]</w:t>
      </w:r>
    </w:p>
    <w:p>
      <w:pPr>
        <w:spacing w:before="16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7"/>
        <w:gridCol w:w="8164"/>
      </w:tblGrid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Payment terms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[e.g. 30% T/T deposit, 70% against copy of B/L]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Delivery time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[e.g. 30 days after deposit]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Shipping marks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[marks and numbers]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Packing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[e.g. export cartons on pallets]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Notes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 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7257"/>
      </w:tblGrid>
      <w:tr>
        <w:tc>
          <w:tcPr>
            <w:tcW w:type="dxa" w:w="2835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BANK DETAILS FOR PAYMENT</w:t>
            </w:r>
          </w:p>
        </w:tc>
        <w:tc>
          <w:tcPr>
            <w:tcW w:type="dxa" w:w="7257"/>
            <w:shd w:val="clear" w:color="auto" w:fill="E6F2FA"/>
          </w:tcPr>
          <w:p/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Beneficiary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Bank name and branch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SWIFT / BIC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IBAN or account no.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</w:tbl>
    <w:p>
      <w:pPr>
        <w:spacing w:before="28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6B7A80"/>
                <w:sz w:val="18"/>
              </w:rPr>
              <w:t>Accepted by the buyer</w:t>
            </w:r>
          </w:p>
        </w:tc>
        <w:tc>
          <w:tcPr>
            <w:tcW w:type="dxa" w:w="5046"/>
          </w:tcPr>
          <w:p>
            <w:r>
              <w:rPr>
                <w:b w:val="0"/>
                <w:color w:val="6B7A80"/>
                <w:sz w:val="18"/>
              </w:rPr>
              <w:t>For and on behalf of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rPr>
                <w:b/>
                <w:sz w:val="18"/>
              </w:rPr>
              <w:t>[Your company name]</w:t>
            </w:r>
          </w:p>
        </w:tc>
      </w:tr>
      <w:tr>
        <w:tc>
          <w:tcPr>
            <w:tcW w:type="dxa" w:w="5046"/>
          </w:tcPr>
          <w:p>
            <w:r>
              <w:br/>
              <w:br/>
              <w:t>_______________________________</w:t>
            </w:r>
          </w:p>
          <w:p>
            <w:r>
              <w:rPr>
                <w:color w:val="6B7A80"/>
                <w:sz w:val="16"/>
              </w:rPr>
              <w:t>Signature, name and date</w:t>
            </w:r>
          </w:p>
        </w:tc>
        <w:tc>
          <w:tcPr>
            <w:tcW w:type="dxa" w:w="5046"/>
          </w:tcPr>
          <w:p>
            <w:r>
              <w:br/>
              <w:br/>
              <w:t>_______________________________</w:t>
            </w:r>
          </w:p>
          <w:p>
            <w:r>
              <w:rPr>
                <w:color w:val="6B7A80"/>
                <w:sz w:val="16"/>
              </w:rPr>
              <w:t>Authorised signature and company stamp</w:t>
            </w:r>
          </w:p>
        </w:tc>
      </w:tr>
    </w:tbl>
    <w:p>
      <w:pPr>
        <w:spacing w:before="240"/>
      </w:pPr>
      <w:r>
        <w:rPr>
          <w:b w:val="0"/>
          <w:color w:val="6B7A80"/>
          <w:sz w:val="15"/>
        </w:rPr>
        <w:t>This pro forma invoice is not a tax invoice, a customs declaration or a receipt. Prices and terms are as stated and valid until the date shown.</w:t>
      </w:r>
    </w:p>
    <w:p>
      <w:pPr>
        <w:spacing w:before="120"/>
      </w:pPr>
      <w:r>
        <w:rPr>
          <w:b w:val="0"/>
          <w:color w:val="6B7A80"/>
          <w:sz w:val="14"/>
        </w:rPr>
        <w:t>Blank template from quotepad.net. Fill it in, or make it online with HS codes, totals and a PDF at quotepad.net.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Forma Invoice template</dc:title>
  <dc:subject/>
  <dc:creator>Quotepad (quotepad.net)</dc:creator>
  <cp:keywords/>
  <dc:description>Blank template from quotepad.net</dc:description>
  <cp:lastModifiedBy>Quotepad</cp:lastModifiedBy>
  <cp:revision>1</cp:revision>
  <dcterms:created xsi:type="dcterms:W3CDTF">2026-10-29T00:00:00Z</dcterms:created>
  <dcterms:modified xsi:type="dcterms:W3CDTF">2026-10-29T00:00:00Z</dcterms:modified>
  <cp:category/>
</cp:coreProperties>
</file>